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Plantilla: Sinopsis y Carta de Presentación</w:t>
      </w:r>
    </w:p>
    <w:p>
      <w:pPr>
        <w:pStyle w:val="Heading2"/>
      </w:pPr>
      <w:r>
        <w:t>📄 Sinopsis</w:t>
      </w:r>
    </w:p>
    <w:p>
      <w:r>
        <w:t>La sinopsis debe ser breve, clara y atractiva. Su objetivo es contar la esencia de tu obra sin revelar todos los detalles ni el final. Aquí tienes un ejemplo de estructura:</w:t>
        <w:br/>
      </w:r>
    </w:p>
    <w:p>
      <w:r>
        <w:t>Título de la obra: __________________________</w:t>
        <w:br/>
        <w:t>Género: __________________________</w:t>
        <w:br/>
        <w:t>Extensión: __________________________</w:t>
        <w:br/>
      </w:r>
    </w:p>
    <w:p>
      <w:r>
        <w:t>Sinopsis (máximo 150-250 palabras):</w:t>
        <w:br/>
      </w:r>
    </w:p>
    <w:p>
      <w:r>
        <w:t xml:space="preserve">[Escribe aquí un párrafo inicial que sitúe la acción, quién es el protagonista y cuál es el conflicto principal. </w:t>
        <w:br/>
        <w:t>Puedes añadir una o dos frases adicionales que aporten tensión o interés, dejando al lector con ganas de saber más.]</w:t>
        <w:br/>
      </w:r>
    </w:p>
    <w:p>
      <w:pPr>
        <w:pStyle w:val="Heading2"/>
      </w:pPr>
      <w:r>
        <w:t>📄 Carta de Presentación</w:t>
      </w:r>
    </w:p>
    <w:p>
      <w:r>
        <w:t>La carta de presentación acompaña tu manuscrito cuando lo envías a editoriales o agentes. Debe ser formal, concisa y profesional. Aquí tienes una guía de cómo redactarla:</w:t>
        <w:br/>
      </w:r>
    </w:p>
    <w:p>
      <w:r>
        <w:t>[Ciudad], [Fecha]</w:t>
        <w:br/>
      </w:r>
    </w:p>
    <w:p>
      <w:r>
        <w:t>Estimado/a [Nombre del editor o agente],</w:t>
        <w:br/>
      </w:r>
    </w:p>
    <w:p>
      <w:r>
        <w:t>Me dirijo a usted para presentarle mi obra titulada “[Título de la obra]”, una novela [género] de aproximadamente [número de palabras/páginas], dirigida a un público [adulto/juvenil/infantil, etc.].</w:t>
        <w:br/>
      </w:r>
    </w:p>
    <w:p>
      <w:r>
        <w:t>Adjunto encontrará la sinopsis y el manuscrito para su valoración. Quedo a su disposición para cualquier información adicional que necesite.</w:t>
        <w:br/>
      </w:r>
    </w:p>
    <w:p>
      <w:r>
        <w:t>Atentamente,</w:t>
        <w:br/>
      </w:r>
    </w:p>
    <w:p>
      <w:r>
        <w:t>[Firma]</w:t>
        <w:br/>
        <w:t>[Nombre completo]</w:t>
        <w:br/>
        <w:t>[Correo electrónico]</w:t>
        <w:br/>
        <w:t>[Teléfono de contacto]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